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0"/>
        </w:rPr>
        <w:t>Претензия о возмещении транспортного налога</w:t>
      </w:r>
    </w:p>
    <w:p>
      <w:pPr>
        <w:spacing w:after="240"/>
      </w:pPr>
      <w:r>
        <w:rPr>
          <w:b w:val="0"/>
          <w:color w:val="6B6860"/>
          <w:sz w:val="18"/>
        </w:rPr>
        <w:t>Покупателю по договору купли-продажи автомобиля от 21.02.2025 от Литвиновой Анны. Подготовлено 14.10.2026.</w:t>
      </w:r>
    </w:p>
    <w:p>
      <w:r>
        <w:rPr>
          <w:b w:val="0"/>
        </w:rPr>
        <w:t>21 февраля 2025 года я продала вам автомобиль по договору купли-продажи. По пункту 4.2 договора и правилам регистрации транспортных средств вы были обязаны зарегистрировать автомобиль на себя в течение 10 дней.</w:t>
      </w:r>
    </w:p>
    <w:p>
      <w:r>
        <w:rPr>
          <w:b w:val="0"/>
        </w:rPr>
        <w:t xml:space="preserve">Автомобиль до настоящего времени числится за мной: налоговая начислила мне транспортный налог за весь 2025 год — </w:t>
      </w:r>
      <w:r>
        <w:rPr>
          <w:b/>
        </w:rPr>
        <w:t>4 320 ₽</w:t>
      </w:r>
      <w:r>
        <w:rPr>
          <w:b w:val="0"/>
        </w:rPr>
        <w:t xml:space="preserve">. За период с марта по декабрь 2025 года, когда автомобилем владели вы, это </w:t>
      </w:r>
      <w:r>
        <w:rPr>
          <w:b/>
        </w:rPr>
        <w:t>3 600 ₽</w:t>
      </w:r>
      <w:r>
        <w:rPr>
          <w:b w:val="0"/>
        </w:rPr>
        <w:t>.</w:t>
      </w:r>
    </w:p>
    <w:p>
      <w:r>
        <w:rPr>
          <w:b w:val="0"/>
        </w:rPr>
        <w:t>Прошу в течение 10 дней возместить мне 3 600 ₽ и зарегистрировать автомобиль на себя. Регистрацию на моё имя я прекращаю через Госуслуги с даты этого письма.</w:t>
      </w:r>
    </w:p>
    <w:p>
      <w:r>
        <w:rPr>
          <w:b w:val="0"/>
        </w:rPr>
        <w:t>В случае отказа буду вынуждена обратиться в суд с требованием о взыскании этой суммы и судебных расходов.</w:t>
      </w:r>
    </w:p>
    <w:p>
      <w:r>
        <w:rPr>
          <w:b w:val="0"/>
        </w:rPr>
        <w:t>Ответ прошу направить на электронную почту anna.litvinova@example.com.</w:t>
      </w:r>
    </w:p>
    <w:p>
      <w:pPr>
        <w:spacing w:before="280"/>
      </w:pPr>
      <w:r>
        <w:rPr>
          <w:b w:val="0"/>
        </w:rPr>
        <w:t>С уважением, Анна Литвинова, 14 октября 2026 года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Нео</dc:creator>
  <cp:keywords/>
  <dc:description>generated by python-docx</dc:description>
  <cp:lastModifiedBy>Нео</cp:lastModifiedBy>
  <cp:revision>1</cp:revision>
  <dcterms:created xsi:type="dcterms:W3CDTF">2026-10-14T12:00:00Z</dcterms:created>
  <dcterms:modified xsi:type="dcterms:W3CDTF">2026-10-14T12:00:00Z</dcterms:modified>
  <cp:category/>
</cp:coreProperties>
</file>