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0"/>
        </w:rPr>
        <w:t>Поездка в Казань, 24–26 октября 2026</w:t>
      </w:r>
    </w:p>
    <w:p>
      <w:pPr>
        <w:spacing w:after="240"/>
      </w:pPr>
      <w:r>
        <w:rPr>
          <w:b w:val="0"/>
          <w:color w:val="6B6860"/>
          <w:sz w:val="18"/>
        </w:rPr>
        <w:t>Собрано Нео из писем 14.10.2026: билеты на поезд, бронь отеля, экскурсия. Едут Анна, Дмитрий и Маша.</w:t>
      </w:r>
    </w:p>
    <w:p>
      <w:pPr>
        <w:spacing w:before="200" w:after="80"/>
      </w:pPr>
      <w:r>
        <w:rPr>
          <w:b/>
          <w:sz w:val="24"/>
        </w:rPr>
        <w:t>Пятница, 24 октября</w:t>
      </w:r>
    </w:p>
    <w:p>
      <w:pPr>
        <w:pStyle w:val="ListBullet"/>
      </w:pPr>
      <w:r>
        <w:rPr>
          <w:b/>
        </w:rPr>
        <w:t>05:40</w:t>
      </w:r>
      <w:r>
        <w:rPr>
          <w:b w:val="0"/>
        </w:rPr>
        <w:t xml:space="preserve"> — выезд из дома, такси заказано на 05:45 (поездка ≈ 35 мин)</w:t>
      </w:r>
    </w:p>
    <w:p>
      <w:pPr>
        <w:pStyle w:val="ListBullet"/>
      </w:pPr>
      <w:r>
        <w:rPr>
          <w:b/>
        </w:rPr>
        <w:t>07:10</w:t>
      </w:r>
      <w:r>
        <w:rPr>
          <w:b w:val="0"/>
        </w:rPr>
        <w:t xml:space="preserve"> — поезд 002 Москва (Казанский вокзал) → Казань, вагон 7, места 21, 22, 23; электронные билеты — заказ № 5531-20261014, показать с телефона</w:t>
      </w:r>
    </w:p>
    <w:p>
      <w:pPr>
        <w:pStyle w:val="ListBullet"/>
      </w:pPr>
      <w:r>
        <w:rPr>
          <w:b/>
        </w:rPr>
        <w:t>18:48</w:t>
      </w:r>
      <w:r>
        <w:rPr>
          <w:b w:val="0"/>
        </w:rPr>
        <w:t xml:space="preserve"> — прибытие в Казань; от вокзала до отеля 12 минут на такси</w:t>
      </w:r>
    </w:p>
    <w:p>
      <w:pPr>
        <w:pStyle w:val="ListBullet"/>
      </w:pPr>
      <w:r>
        <w:rPr>
          <w:b/>
        </w:rPr>
        <w:t>с 14:00</w:t>
      </w:r>
      <w:r>
        <w:rPr>
          <w:b w:val="0"/>
        </w:rPr>
        <w:t xml:space="preserve"> — заезд в отель «Волга», бронь № 7781-452, 2 ночи, номер «семейный», завтрак включён</w:t>
      </w:r>
    </w:p>
    <w:p>
      <w:pPr>
        <w:spacing w:before="200" w:after="80"/>
      </w:pPr>
      <w:r>
        <w:rPr>
          <w:b/>
          <w:sz w:val="24"/>
        </w:rPr>
        <w:t>Суббота, 25 октября</w:t>
      </w:r>
    </w:p>
    <w:p>
      <w:pPr>
        <w:pStyle w:val="ListBullet"/>
      </w:pPr>
      <w:r>
        <w:rPr>
          <w:b/>
        </w:rPr>
        <w:t>11:00</w:t>
      </w:r>
      <w:r>
        <w:rPr>
          <w:b w:val="0"/>
        </w:rPr>
        <w:t xml:space="preserve"> — экскурсия по Казанскому кремлю, сбор у Спасской башни за 15 минут, 3 билета (заказ № 48-2210), продолжительность 1,5 часа</w:t>
      </w:r>
    </w:p>
    <w:p>
      <w:pPr>
        <w:pStyle w:val="ListBullet"/>
      </w:pPr>
      <w:r>
        <w:rPr>
          <w:b w:val="0"/>
        </w:rPr>
        <w:t>После — свободное время; обратно в отель пешком 20 минут</w:t>
      </w:r>
    </w:p>
    <w:p>
      <w:pPr>
        <w:spacing w:before="200" w:after="80"/>
      </w:pPr>
      <w:r>
        <w:rPr>
          <w:b/>
          <w:sz w:val="24"/>
        </w:rPr>
        <w:t>Воскресенье, 26 октября</w:t>
      </w:r>
    </w:p>
    <w:p>
      <w:pPr>
        <w:pStyle w:val="ListBullet"/>
      </w:pPr>
      <w:r>
        <w:rPr>
          <w:b/>
        </w:rPr>
        <w:t>до 12:00</w:t>
      </w:r>
      <w:r>
        <w:rPr>
          <w:b w:val="0"/>
        </w:rPr>
        <w:t xml:space="preserve"> — выезд из отеля, вещи можно оставить в камере хранения</w:t>
      </w:r>
    </w:p>
    <w:p>
      <w:pPr>
        <w:pStyle w:val="ListBullet"/>
      </w:pPr>
      <w:r>
        <w:rPr>
          <w:b/>
        </w:rPr>
        <w:t>19:30</w:t>
      </w:r>
      <w:r>
        <w:rPr>
          <w:b w:val="0"/>
        </w:rPr>
        <w:t xml:space="preserve"> — поезд 001 Казань → Москва, вагон 4, места 9, 10, 11 (купе)</w:t>
      </w:r>
    </w:p>
    <w:p>
      <w:pPr>
        <w:pStyle w:val="ListBullet"/>
      </w:pPr>
      <w:r>
        <w:rPr>
          <w:b/>
        </w:rPr>
        <w:t>07:05, понедельник</w:t>
      </w:r>
      <w:r>
        <w:rPr>
          <w:b w:val="0"/>
        </w:rPr>
        <w:t xml:space="preserve"> — прибытие в Москву, Казанский вокзал</w:t>
      </w:r>
    </w:p>
    <w:p>
      <w:pPr>
        <w:spacing w:before="200" w:after="80"/>
      </w:pPr>
      <w:r>
        <w:rPr>
          <w:b/>
          <w:sz w:val="24"/>
        </w:rPr>
        <w:t>Документы</w:t>
      </w:r>
    </w:p>
    <w:p>
      <w:pPr>
        <w:pStyle w:val="ListBullet"/>
      </w:pPr>
      <w:r>
        <w:rPr>
          <w:b w:val="0"/>
        </w:rPr>
        <w:t>Паспорта Анны и Дмитрия, свидетельство о рождении Маши — для поезда и отеля</w:t>
      </w:r>
    </w:p>
    <w:p>
      <w:pPr>
        <w:pStyle w:val="ListBullet"/>
      </w:pPr>
      <w:r>
        <w:rPr>
          <w:b w:val="0"/>
        </w:rPr>
        <w:t>Письма с билетами и бронью — в папке «Помощник/Поездки/Казань» на диске</w:t>
      </w:r>
    </w:p>
    <w:p>
      <w:pPr>
        <w:spacing w:before="200" w:after="80"/>
      </w:pPr>
      <w:r>
        <w:rPr>
          <w:b/>
          <w:sz w:val="24"/>
        </w:rPr>
        <w:t>Напоминания Нео</w:t>
      </w:r>
    </w:p>
    <w:p>
      <w:pPr>
        <w:pStyle w:val="ListBullet"/>
      </w:pPr>
      <w:r>
        <w:rPr>
          <w:b w:val="0"/>
        </w:rPr>
        <w:t>23 октября, 20:00 — собрать документы и зарядки, проверить такси</w:t>
      </w:r>
    </w:p>
    <w:p>
      <w:pPr>
        <w:pStyle w:val="ListBullet"/>
      </w:pPr>
      <w:r>
        <w:rPr>
          <w:b w:val="0"/>
        </w:rPr>
        <w:t>24 октября, 05:20 — подъём; в 05:40 такси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Нео</dc:creator>
  <cp:keywords/>
  <dc:description>generated by python-docx</dc:description>
  <cp:lastModifiedBy>Нео</cp:lastModifiedBy>
  <cp:revision>1</cp:revision>
  <dcterms:created xsi:type="dcterms:W3CDTF">2026-10-14T12:00:00Z</dcterms:created>
  <dcterms:modified xsi:type="dcterms:W3CDTF">2026-10-14T12:00:00Z</dcterms:modified>
  <cp:category/>
</cp:coreProperties>
</file>